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  <w:pStyle w:val="Title"/>
        <w:bidi/>
      </w:pPr>
      <w:r>
        <w:rPr>
          <w:rFonts w:ascii="B Yekan" w:hAnsi="B Yekan" w:cs="B Yekan" w:eastAsia="B Yekan"/>
          <w:b/>
          <w:color w:val="000000"/>
          <w:sz w:val="34"/>
          <w:rtl/>
        </w:rPr>
        <w:t>نمونه درخواست رفع توقیف خودرو پس از پرداخت یا رضایت</w:t>
      </w:r>
    </w:p>
    <w:p>
      <w:pPr>
        <w:spacing w:after="240" w:line="300" w:lineRule="auto"/>
        <w:jc w:val="center"/>
        <w:bidi/>
      </w:pPr>
      <w:r>
        <w:rPr>
          <w:rFonts w:ascii="B Yekan" w:hAnsi="B Yekan" w:cs="B Yekan" w:eastAsia="B Yekan"/>
          <w:b w:val="0"/>
          <w:color w:val="000000"/>
          <w:sz w:val="20"/>
          <w:rtl/>
        </w:rPr>
        <w:t>قالب عمومی قابل ویرایش؛ با پرونده و مرجع اجرا تطبیق داده شود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مرجع رسیدگی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ریاست محترم شعبه / واحد اجرای 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........................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مشخصات خودرو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نوع: ........ مدل: ........ پلاک: 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درخواست کننده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نام و نام خانوادگی: ........ شماره ملی: ........</w:t>
            </w:r>
          </w:p>
        </w:tc>
      </w:tr>
    </w:tbl>
    <w:p/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/>
          <w:color w:val="000000"/>
          <w:sz w:val="24"/>
          <w:rtl/>
        </w:rPr>
        <w:t>موضوع: درخواست رفع توقیف خودرو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با سلام و احترام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اینجانب ........ در پرونده اجرایی شماره ........ اعلام می کنم خودروی ........ به پلاک ........ توقیف شده است.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با توجه به پرداخت مبلغ مورد مطالبه و هزینه های اجرایی طبق رسید پیوست / اعلام رضایت قابل استناد طلبکار، تقاضای بررسی سوابق و صدور دستور رفع توقیف خودرو و اعلام آن به پلیس راهور را دارم.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پیوست ها: مدارک هویتی، مشخصات خودرو، رسید پرداخت یا رضایت نامه و سایر مستندات پرونده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نام و نام خانوادگی: ........................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امضا و تاریخ: ........................</w:t>
      </w:r>
    </w:p>
    <w:p>
      <w:pPr>
        <w:spacing w:after="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18"/>
          <w:rtl/>
        </w:rPr>
        <w:t>راهنما: عبارت های داخل کروشه یا نقطه چین را با اطلاعات واقعی پرونده جایگزین کنید. پیش از ثبت، متن و مدارک را با وضعیت پرونده و مرجع اجرا تطبیق دهید.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/>
    </w:pPr>
    <w:r>
      <w:rPr>
        <w:rFonts w:ascii="B Yekan" w:hAnsi="B Yekan" w:cs="B Yekan" w:eastAsia="B Yekan"/>
        <w:b w:val="0"/>
        <w:color w:val="000000"/>
        <w:sz w:val="18"/>
        <w:rtl/>
      </w:rPr>
      <w:t>vakilgap.com | نسخه بازبینی شده آبان ۱۴۰۵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Yekan" w:hAnsi="B Yekan" w:cs="B Yek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